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9B5C" w14:textId="47F32804" w:rsidR="0007546E" w:rsidRPr="0007546E" w:rsidRDefault="0007546E" w:rsidP="0007546E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07546E">
        <w:rPr>
          <w:rFonts w:asciiTheme="majorHAnsi" w:hAnsiTheme="majorHAnsi" w:cstheme="majorHAnsi"/>
          <w:b/>
          <w:bCs/>
          <w:sz w:val="28"/>
          <w:szCs w:val="28"/>
        </w:rPr>
        <w:t>SOLICITUD DE RECONOCIMIENTO DE ASIGNATURAS</w:t>
      </w:r>
    </w:p>
    <w:p w14:paraId="7819FC60" w14:textId="77777777" w:rsidR="0007546E" w:rsidRDefault="0007546E" w:rsidP="0007546E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7546E">
        <w:rPr>
          <w:rFonts w:asciiTheme="majorHAnsi" w:hAnsiTheme="majorHAnsi" w:cstheme="majorHAnsi"/>
          <w:b/>
          <w:bCs/>
          <w:sz w:val="24"/>
          <w:szCs w:val="24"/>
        </w:rPr>
        <w:t xml:space="preserve">Escuela </w:t>
      </w:r>
      <w:proofErr w:type="spellStart"/>
      <w:r w:rsidRPr="0007546E">
        <w:rPr>
          <w:rFonts w:asciiTheme="majorHAnsi" w:hAnsiTheme="majorHAnsi" w:cstheme="majorHAnsi"/>
          <w:b/>
          <w:bCs/>
          <w:sz w:val="24"/>
          <w:szCs w:val="24"/>
        </w:rPr>
        <w:t>Profesional</w:t>
      </w:r>
      <w:proofErr w:type="spellEnd"/>
      <w:r w:rsidRPr="0007546E">
        <w:rPr>
          <w:rFonts w:asciiTheme="majorHAnsi" w:hAnsiTheme="majorHAnsi" w:cstheme="majorHAnsi"/>
          <w:b/>
          <w:bCs/>
          <w:sz w:val="24"/>
          <w:szCs w:val="24"/>
        </w:rPr>
        <w:t xml:space="preserve"> de Danza de Castilla y León (Valladolid)</w:t>
      </w:r>
    </w:p>
    <w:p w14:paraId="0EAAF997" w14:textId="77777777" w:rsidR="0007546E" w:rsidRPr="0007546E" w:rsidRDefault="0007546E" w:rsidP="0007546E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26D7A28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07546E">
        <w:rPr>
          <w:rFonts w:asciiTheme="majorHAnsi" w:hAnsiTheme="majorHAnsi" w:cstheme="majorHAnsi"/>
          <w:b/>
          <w:bCs/>
        </w:rPr>
        <w:t>1. DATOS DE LA PERSONA SOLICITANTE</w:t>
      </w:r>
    </w:p>
    <w:p w14:paraId="3CF4091B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 xml:space="preserve">Nombre y </w:t>
      </w:r>
      <w:proofErr w:type="spellStart"/>
      <w:r w:rsidRPr="0007546E">
        <w:rPr>
          <w:rFonts w:asciiTheme="majorHAnsi" w:hAnsiTheme="majorHAnsi" w:cstheme="majorHAnsi"/>
        </w:rPr>
        <w:t>apellidos</w:t>
      </w:r>
      <w:proofErr w:type="spellEnd"/>
      <w:r w:rsidRPr="0007546E">
        <w:rPr>
          <w:rFonts w:asciiTheme="majorHAnsi" w:hAnsiTheme="majorHAnsi" w:cstheme="majorHAnsi"/>
        </w:rPr>
        <w:t xml:space="preserve"> del </w:t>
      </w:r>
      <w:proofErr w:type="spellStart"/>
      <w:r w:rsidRPr="0007546E">
        <w:rPr>
          <w:rFonts w:asciiTheme="majorHAnsi" w:hAnsiTheme="majorHAnsi" w:cstheme="majorHAnsi"/>
        </w:rPr>
        <w:t>alumno</w:t>
      </w:r>
      <w:proofErr w:type="spellEnd"/>
      <w:r w:rsidRPr="0007546E">
        <w:rPr>
          <w:rFonts w:asciiTheme="majorHAnsi" w:hAnsiTheme="majorHAnsi" w:cstheme="majorHAnsi"/>
        </w:rPr>
        <w:t>/a:</w:t>
      </w:r>
    </w:p>
    <w:p w14:paraId="790E17FA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>DNI/NIE:</w:t>
      </w:r>
    </w:p>
    <w:p w14:paraId="2CBAC12A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07546E">
        <w:rPr>
          <w:rFonts w:asciiTheme="majorHAnsi" w:hAnsiTheme="majorHAnsi" w:cstheme="majorHAnsi"/>
        </w:rPr>
        <w:t>Fecha</w:t>
      </w:r>
      <w:proofErr w:type="spellEnd"/>
      <w:r w:rsidRPr="0007546E">
        <w:rPr>
          <w:rFonts w:asciiTheme="majorHAnsi" w:hAnsiTheme="majorHAnsi" w:cstheme="majorHAnsi"/>
        </w:rPr>
        <w:t xml:space="preserve"> de </w:t>
      </w:r>
      <w:proofErr w:type="spellStart"/>
      <w:r w:rsidRPr="0007546E">
        <w:rPr>
          <w:rFonts w:asciiTheme="majorHAnsi" w:hAnsiTheme="majorHAnsi" w:cstheme="majorHAnsi"/>
        </w:rPr>
        <w:t>nacimiento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13913F1A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07546E">
        <w:rPr>
          <w:rFonts w:asciiTheme="majorHAnsi" w:hAnsiTheme="majorHAnsi" w:cstheme="majorHAnsi"/>
        </w:rPr>
        <w:t>Curso</w:t>
      </w:r>
      <w:proofErr w:type="spellEnd"/>
      <w:r w:rsidRPr="0007546E">
        <w:rPr>
          <w:rFonts w:asciiTheme="majorHAnsi" w:hAnsiTheme="majorHAnsi" w:cstheme="majorHAnsi"/>
        </w:rPr>
        <w:t xml:space="preserve"> al </w:t>
      </w:r>
      <w:proofErr w:type="spellStart"/>
      <w:r w:rsidRPr="0007546E">
        <w:rPr>
          <w:rFonts w:asciiTheme="majorHAnsi" w:hAnsiTheme="majorHAnsi" w:cstheme="majorHAnsi"/>
        </w:rPr>
        <w:t>que</w:t>
      </w:r>
      <w:proofErr w:type="spellEnd"/>
      <w:r w:rsidRPr="0007546E">
        <w:rPr>
          <w:rFonts w:asciiTheme="majorHAnsi" w:hAnsiTheme="majorHAnsi" w:cstheme="majorHAnsi"/>
        </w:rPr>
        <w:t xml:space="preserve"> se </w:t>
      </w:r>
      <w:proofErr w:type="spellStart"/>
      <w:r w:rsidRPr="0007546E">
        <w:rPr>
          <w:rFonts w:asciiTheme="majorHAnsi" w:hAnsiTheme="majorHAnsi" w:cstheme="majorHAnsi"/>
        </w:rPr>
        <w:t>incorpora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462E8FED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proofErr w:type="gramStart"/>
      <w:r w:rsidRPr="0007546E">
        <w:rPr>
          <w:rFonts w:asciiTheme="majorHAnsi" w:hAnsiTheme="majorHAnsi" w:cstheme="majorHAnsi"/>
        </w:rPr>
        <w:t>Especialidad</w:t>
      </w:r>
      <w:proofErr w:type="spellEnd"/>
      <w:proofErr w:type="gramEnd"/>
      <w:r w:rsidRPr="0007546E">
        <w:rPr>
          <w:rFonts w:asciiTheme="majorHAnsi" w:hAnsiTheme="majorHAnsi" w:cstheme="majorHAnsi"/>
        </w:rPr>
        <w:t>:</w:t>
      </w:r>
    </w:p>
    <w:p w14:paraId="03545BE1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 xml:space="preserve">Centro de </w:t>
      </w:r>
      <w:proofErr w:type="spellStart"/>
      <w:r w:rsidRPr="0007546E">
        <w:rPr>
          <w:rFonts w:asciiTheme="majorHAnsi" w:hAnsiTheme="majorHAnsi" w:cstheme="majorHAnsi"/>
        </w:rPr>
        <w:t>procedencia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565585FA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07546E">
        <w:rPr>
          <w:rFonts w:asciiTheme="majorHAnsi" w:hAnsiTheme="majorHAnsi" w:cstheme="majorHAnsi"/>
        </w:rPr>
        <w:t>Localidad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2A01AD5A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 xml:space="preserve">Nombre y </w:t>
      </w:r>
      <w:proofErr w:type="spellStart"/>
      <w:r w:rsidRPr="0007546E">
        <w:rPr>
          <w:rFonts w:asciiTheme="majorHAnsi" w:hAnsiTheme="majorHAnsi" w:cstheme="majorHAnsi"/>
        </w:rPr>
        <w:t>apellidos</w:t>
      </w:r>
      <w:proofErr w:type="spellEnd"/>
      <w:r w:rsidRPr="0007546E">
        <w:rPr>
          <w:rFonts w:asciiTheme="majorHAnsi" w:hAnsiTheme="majorHAnsi" w:cstheme="majorHAnsi"/>
        </w:rPr>
        <w:t xml:space="preserve"> del padre/madre/tutor/a legal (</w:t>
      </w:r>
      <w:proofErr w:type="spellStart"/>
      <w:r w:rsidRPr="0007546E">
        <w:rPr>
          <w:rFonts w:asciiTheme="majorHAnsi" w:hAnsiTheme="majorHAnsi" w:cstheme="majorHAnsi"/>
        </w:rPr>
        <w:t>si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procede</w:t>
      </w:r>
      <w:proofErr w:type="spellEnd"/>
      <w:r w:rsidRPr="0007546E">
        <w:rPr>
          <w:rFonts w:asciiTheme="majorHAnsi" w:hAnsiTheme="majorHAnsi" w:cstheme="majorHAnsi"/>
        </w:rPr>
        <w:t>):</w:t>
      </w:r>
    </w:p>
    <w:p w14:paraId="1D6424E6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07546E">
        <w:rPr>
          <w:rFonts w:asciiTheme="majorHAnsi" w:hAnsiTheme="majorHAnsi" w:cstheme="majorHAnsi"/>
        </w:rPr>
        <w:t>Teléfono</w:t>
      </w:r>
      <w:proofErr w:type="spellEnd"/>
      <w:r w:rsidRPr="0007546E">
        <w:rPr>
          <w:rFonts w:asciiTheme="majorHAnsi" w:hAnsiTheme="majorHAnsi" w:cstheme="majorHAnsi"/>
        </w:rPr>
        <w:t xml:space="preserve"> de </w:t>
      </w:r>
      <w:proofErr w:type="spellStart"/>
      <w:r w:rsidRPr="0007546E">
        <w:rPr>
          <w:rFonts w:asciiTheme="majorHAnsi" w:hAnsiTheme="majorHAnsi" w:cstheme="majorHAnsi"/>
        </w:rPr>
        <w:t>contacto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25E83ECF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 xml:space="preserve">Correo </w:t>
      </w:r>
      <w:proofErr w:type="spellStart"/>
      <w:r w:rsidRPr="0007546E">
        <w:rPr>
          <w:rFonts w:asciiTheme="majorHAnsi" w:hAnsiTheme="majorHAnsi" w:cstheme="majorHAnsi"/>
        </w:rPr>
        <w:t>electrónico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59BE47F7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3DBB47B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07546E">
        <w:rPr>
          <w:rFonts w:asciiTheme="majorHAnsi" w:hAnsiTheme="majorHAnsi" w:cstheme="majorHAnsi"/>
          <w:b/>
          <w:bCs/>
        </w:rPr>
        <w:t>2. EXPONE</w:t>
      </w:r>
    </w:p>
    <w:p w14:paraId="4EA7C626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07546E">
        <w:rPr>
          <w:rFonts w:asciiTheme="majorHAnsi" w:hAnsiTheme="majorHAnsi" w:cstheme="majorHAnsi"/>
        </w:rPr>
        <w:t>Que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el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alumno</w:t>
      </w:r>
      <w:proofErr w:type="spellEnd"/>
      <w:r w:rsidRPr="0007546E">
        <w:rPr>
          <w:rFonts w:asciiTheme="majorHAnsi" w:hAnsiTheme="majorHAnsi" w:cstheme="majorHAnsi"/>
        </w:rPr>
        <w:t xml:space="preserve"> o alumna se </w:t>
      </w:r>
      <w:proofErr w:type="spellStart"/>
      <w:r w:rsidRPr="0007546E">
        <w:rPr>
          <w:rFonts w:asciiTheme="majorHAnsi" w:hAnsiTheme="majorHAnsi" w:cstheme="majorHAnsi"/>
        </w:rPr>
        <w:t>incorpora</w:t>
      </w:r>
      <w:proofErr w:type="spellEnd"/>
      <w:r w:rsidRPr="0007546E">
        <w:rPr>
          <w:rFonts w:asciiTheme="majorHAnsi" w:hAnsiTheme="majorHAnsi" w:cstheme="majorHAnsi"/>
        </w:rPr>
        <w:t xml:space="preserve"> a la Escuela </w:t>
      </w:r>
      <w:proofErr w:type="spellStart"/>
      <w:r w:rsidRPr="0007546E">
        <w:rPr>
          <w:rFonts w:asciiTheme="majorHAnsi" w:hAnsiTheme="majorHAnsi" w:cstheme="majorHAnsi"/>
        </w:rPr>
        <w:t>Profesional</w:t>
      </w:r>
      <w:proofErr w:type="spellEnd"/>
      <w:r w:rsidRPr="0007546E">
        <w:rPr>
          <w:rFonts w:asciiTheme="majorHAnsi" w:hAnsiTheme="majorHAnsi" w:cstheme="majorHAnsi"/>
        </w:rPr>
        <w:t xml:space="preserve"> de Danza de Castilla y León </w:t>
      </w:r>
      <w:proofErr w:type="spellStart"/>
      <w:r w:rsidRPr="0007546E">
        <w:rPr>
          <w:rFonts w:asciiTheme="majorHAnsi" w:hAnsiTheme="majorHAnsi" w:cstheme="majorHAnsi"/>
        </w:rPr>
        <w:t>mediante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traslado</w:t>
      </w:r>
      <w:proofErr w:type="spellEnd"/>
      <w:r w:rsidRPr="0007546E">
        <w:rPr>
          <w:rFonts w:asciiTheme="majorHAnsi" w:hAnsiTheme="majorHAnsi" w:cstheme="majorHAnsi"/>
        </w:rPr>
        <w:t xml:space="preserve"> de </w:t>
      </w:r>
      <w:proofErr w:type="spellStart"/>
      <w:r w:rsidRPr="0007546E">
        <w:rPr>
          <w:rFonts w:asciiTheme="majorHAnsi" w:hAnsiTheme="majorHAnsi" w:cstheme="majorHAnsi"/>
        </w:rPr>
        <w:t>expediente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desde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el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centro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indicado</w:t>
      </w:r>
      <w:proofErr w:type="spellEnd"/>
      <w:r w:rsidRPr="0007546E">
        <w:rPr>
          <w:rFonts w:asciiTheme="majorHAnsi" w:hAnsiTheme="majorHAnsi" w:cstheme="majorHAnsi"/>
        </w:rPr>
        <w:t xml:space="preserve"> y ha </w:t>
      </w:r>
      <w:proofErr w:type="spellStart"/>
      <w:r w:rsidRPr="0007546E">
        <w:rPr>
          <w:rFonts w:asciiTheme="majorHAnsi" w:hAnsiTheme="majorHAnsi" w:cstheme="majorHAnsi"/>
        </w:rPr>
        <w:t>cursado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previamente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enseñanzas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profesionales</w:t>
      </w:r>
      <w:proofErr w:type="spellEnd"/>
      <w:r w:rsidRPr="0007546E">
        <w:rPr>
          <w:rFonts w:asciiTheme="majorHAnsi" w:hAnsiTheme="majorHAnsi" w:cstheme="majorHAnsi"/>
        </w:rPr>
        <w:t xml:space="preserve"> de danza.</w:t>
      </w:r>
    </w:p>
    <w:p w14:paraId="15697633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9E84691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07546E">
        <w:rPr>
          <w:rFonts w:asciiTheme="majorHAnsi" w:hAnsiTheme="majorHAnsi" w:cstheme="majorHAnsi"/>
          <w:b/>
          <w:bCs/>
        </w:rPr>
        <w:t>3. SOLICITA</w:t>
      </w:r>
    </w:p>
    <w:p w14:paraId="0F8E1A80" w14:textId="1992E385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 xml:space="preserve">El </w:t>
      </w:r>
      <w:proofErr w:type="spellStart"/>
      <w:r w:rsidRPr="0007546E">
        <w:rPr>
          <w:rFonts w:asciiTheme="majorHAnsi" w:hAnsiTheme="majorHAnsi" w:cstheme="majorHAnsi"/>
        </w:rPr>
        <w:t>reconocimiento</w:t>
      </w:r>
      <w:proofErr w:type="spellEnd"/>
      <w:r w:rsidRPr="0007546E">
        <w:rPr>
          <w:rFonts w:asciiTheme="majorHAnsi" w:hAnsiTheme="majorHAnsi" w:cstheme="majorHAnsi"/>
        </w:rPr>
        <w:t xml:space="preserve"> de las </w:t>
      </w:r>
      <w:proofErr w:type="spellStart"/>
      <w:r w:rsidRPr="0007546E">
        <w:rPr>
          <w:rFonts w:asciiTheme="majorHAnsi" w:hAnsiTheme="majorHAnsi" w:cstheme="majorHAnsi"/>
        </w:rPr>
        <w:t>siguientes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asignaturas</w:t>
      </w:r>
      <w:proofErr w:type="spellEnd"/>
      <w:r w:rsidRPr="0007546E">
        <w:rPr>
          <w:rFonts w:asciiTheme="majorHAnsi" w:hAnsiTheme="majorHAnsi" w:cstheme="majorHAnsi"/>
        </w:rPr>
        <w:t xml:space="preserve">, </w:t>
      </w:r>
      <w:proofErr w:type="spellStart"/>
      <w:r w:rsidRPr="0007546E">
        <w:rPr>
          <w:rFonts w:asciiTheme="majorHAnsi" w:hAnsiTheme="majorHAnsi" w:cstheme="majorHAnsi"/>
        </w:rPr>
        <w:t>por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haber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sido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cursadas</w:t>
      </w:r>
      <w:proofErr w:type="spellEnd"/>
      <w:r w:rsidRPr="0007546E">
        <w:rPr>
          <w:rFonts w:asciiTheme="majorHAnsi" w:hAnsiTheme="majorHAnsi" w:cstheme="majorHAnsi"/>
        </w:rPr>
        <w:t xml:space="preserve"> y </w:t>
      </w:r>
      <w:proofErr w:type="spellStart"/>
      <w:r w:rsidRPr="0007546E">
        <w:rPr>
          <w:rFonts w:asciiTheme="majorHAnsi" w:hAnsiTheme="majorHAnsi" w:cstheme="majorHAnsi"/>
        </w:rPr>
        <w:t>superadas</w:t>
      </w:r>
      <w:proofErr w:type="spellEnd"/>
      <w:r w:rsidRPr="0007546E">
        <w:rPr>
          <w:rFonts w:asciiTheme="majorHAnsi" w:hAnsiTheme="majorHAnsi" w:cstheme="majorHAnsi"/>
        </w:rPr>
        <w:t xml:space="preserve"> en </w:t>
      </w:r>
      <w:proofErr w:type="spellStart"/>
      <w:r w:rsidRPr="0007546E">
        <w:rPr>
          <w:rFonts w:asciiTheme="majorHAnsi" w:hAnsiTheme="majorHAnsi" w:cstheme="majorHAnsi"/>
        </w:rPr>
        <w:t>el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centro</w:t>
      </w:r>
      <w:proofErr w:type="spellEnd"/>
      <w:r w:rsidRPr="0007546E">
        <w:rPr>
          <w:rFonts w:asciiTheme="majorHAnsi" w:hAnsiTheme="majorHAnsi" w:cstheme="majorHAnsi"/>
        </w:rPr>
        <w:t xml:space="preserve"> de </w:t>
      </w:r>
      <w:proofErr w:type="spellStart"/>
      <w:r w:rsidRPr="0007546E">
        <w:rPr>
          <w:rFonts w:asciiTheme="majorHAnsi" w:hAnsiTheme="majorHAnsi" w:cstheme="majorHAnsi"/>
        </w:rPr>
        <w:t>origen</w:t>
      </w:r>
      <w:proofErr w:type="spellEnd"/>
      <w:r w:rsidRPr="0007546E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07546E">
        <w:rPr>
          <w:rFonts w:asciiTheme="majorHAnsi" w:hAnsiTheme="majorHAnsi" w:cstheme="majorHAnsi"/>
        </w:rPr>
        <w:t>(</w:t>
      </w:r>
      <w:proofErr w:type="spellStart"/>
      <w:r w:rsidRPr="0007546E">
        <w:rPr>
          <w:rFonts w:asciiTheme="majorHAnsi" w:hAnsiTheme="majorHAnsi" w:cstheme="majorHAnsi"/>
        </w:rPr>
        <w:t>Indicar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asignaturas</w:t>
      </w:r>
      <w:proofErr w:type="spellEnd"/>
      <w:r w:rsidRPr="0007546E">
        <w:rPr>
          <w:rFonts w:asciiTheme="majorHAnsi" w:hAnsiTheme="majorHAnsi" w:cstheme="majorHAnsi"/>
        </w:rPr>
        <w:t>)</w:t>
      </w:r>
    </w:p>
    <w:p w14:paraId="599B4E6E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61CB910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6F47242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AD0007A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8AF327E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430F474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51EB019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556A47E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>4. DOCUMENTACIÓN QUE SE APORTA</w:t>
      </w:r>
    </w:p>
    <w:p w14:paraId="47F167D0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="Segoe UI Symbol" w:hAnsi="Segoe UI Symbol" w:cs="Segoe UI Symbol"/>
        </w:rPr>
        <w:t>☐</w:t>
      </w:r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Certificación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académica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oficial</w:t>
      </w:r>
      <w:proofErr w:type="spellEnd"/>
      <w:r w:rsidRPr="0007546E">
        <w:rPr>
          <w:rFonts w:asciiTheme="majorHAnsi" w:hAnsiTheme="majorHAnsi" w:cstheme="majorHAnsi"/>
        </w:rPr>
        <w:t xml:space="preserve"> del </w:t>
      </w:r>
      <w:proofErr w:type="spellStart"/>
      <w:r w:rsidRPr="0007546E">
        <w:rPr>
          <w:rFonts w:asciiTheme="majorHAnsi" w:hAnsiTheme="majorHAnsi" w:cstheme="majorHAnsi"/>
        </w:rPr>
        <w:t>centro</w:t>
      </w:r>
      <w:proofErr w:type="spellEnd"/>
      <w:r w:rsidRPr="0007546E">
        <w:rPr>
          <w:rFonts w:asciiTheme="majorHAnsi" w:hAnsiTheme="majorHAnsi" w:cstheme="majorHAnsi"/>
        </w:rPr>
        <w:t xml:space="preserve"> de </w:t>
      </w:r>
      <w:proofErr w:type="spellStart"/>
      <w:r w:rsidRPr="0007546E">
        <w:rPr>
          <w:rFonts w:asciiTheme="majorHAnsi" w:hAnsiTheme="majorHAnsi" w:cstheme="majorHAnsi"/>
        </w:rPr>
        <w:t>origen</w:t>
      </w:r>
      <w:proofErr w:type="spellEnd"/>
    </w:p>
    <w:p w14:paraId="132881F0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="Segoe UI Symbol" w:hAnsi="Segoe UI Symbol" w:cs="Segoe UI Symbol"/>
        </w:rPr>
        <w:t>☐</w:t>
      </w:r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Guías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docentes</w:t>
      </w:r>
      <w:proofErr w:type="spellEnd"/>
      <w:r w:rsidRPr="0007546E">
        <w:rPr>
          <w:rFonts w:asciiTheme="majorHAnsi" w:hAnsiTheme="majorHAnsi" w:cstheme="majorHAnsi"/>
        </w:rPr>
        <w:t>/</w:t>
      </w:r>
      <w:proofErr w:type="spellStart"/>
      <w:r w:rsidRPr="0007546E">
        <w:rPr>
          <w:rFonts w:asciiTheme="majorHAnsi" w:hAnsiTheme="majorHAnsi" w:cstheme="majorHAnsi"/>
        </w:rPr>
        <w:t>programaciones</w:t>
      </w:r>
      <w:proofErr w:type="spellEnd"/>
      <w:r w:rsidRPr="0007546E">
        <w:rPr>
          <w:rFonts w:asciiTheme="majorHAnsi" w:hAnsiTheme="majorHAnsi" w:cstheme="majorHAnsi"/>
        </w:rPr>
        <w:t xml:space="preserve"> de las </w:t>
      </w:r>
      <w:proofErr w:type="spellStart"/>
      <w:r w:rsidRPr="0007546E">
        <w:rPr>
          <w:rFonts w:asciiTheme="majorHAnsi" w:hAnsiTheme="majorHAnsi" w:cstheme="majorHAnsi"/>
        </w:rPr>
        <w:t>asignaturas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cursadas</w:t>
      </w:r>
      <w:proofErr w:type="spellEnd"/>
    </w:p>
    <w:p w14:paraId="140D92D5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="Segoe UI Symbol" w:hAnsi="Segoe UI Symbol" w:cs="Segoe UI Symbol"/>
        </w:rPr>
        <w:t>☐</w:t>
      </w:r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Otra</w:t>
      </w:r>
      <w:proofErr w:type="spellEnd"/>
      <w:r w:rsidRPr="0007546E">
        <w:rPr>
          <w:rFonts w:asciiTheme="majorHAnsi" w:hAnsiTheme="majorHAnsi" w:cstheme="majorHAnsi"/>
        </w:rPr>
        <w:t xml:space="preserve"> </w:t>
      </w:r>
      <w:proofErr w:type="spellStart"/>
      <w:r w:rsidRPr="0007546E">
        <w:rPr>
          <w:rFonts w:asciiTheme="majorHAnsi" w:hAnsiTheme="majorHAnsi" w:cstheme="majorHAnsi"/>
        </w:rPr>
        <w:t>documentación</w:t>
      </w:r>
      <w:proofErr w:type="spellEnd"/>
      <w:r w:rsidRPr="0007546E">
        <w:rPr>
          <w:rFonts w:asciiTheme="majorHAnsi" w:hAnsiTheme="majorHAnsi" w:cstheme="majorHAnsi"/>
        </w:rPr>
        <w:t xml:space="preserve"> (</w:t>
      </w:r>
      <w:proofErr w:type="spellStart"/>
      <w:r w:rsidRPr="0007546E">
        <w:rPr>
          <w:rFonts w:asciiTheme="majorHAnsi" w:hAnsiTheme="majorHAnsi" w:cstheme="majorHAnsi"/>
        </w:rPr>
        <w:t>indicar</w:t>
      </w:r>
      <w:proofErr w:type="spellEnd"/>
      <w:r w:rsidRPr="0007546E">
        <w:rPr>
          <w:rFonts w:asciiTheme="majorHAnsi" w:hAnsiTheme="majorHAnsi" w:cstheme="majorHAnsi"/>
        </w:rPr>
        <w:t>):</w:t>
      </w:r>
    </w:p>
    <w:p w14:paraId="67C6A328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834F3DA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A6E350F" w14:textId="6BCCF9F4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7546E">
        <w:rPr>
          <w:rFonts w:asciiTheme="majorHAnsi" w:hAnsiTheme="majorHAnsi" w:cstheme="majorHAnsi"/>
        </w:rPr>
        <w:t>En Valladolid, a ___ de _______</w:t>
      </w:r>
      <w:r w:rsidR="00834CD2">
        <w:rPr>
          <w:rFonts w:asciiTheme="majorHAnsi" w:hAnsiTheme="majorHAnsi" w:cstheme="majorHAnsi"/>
        </w:rPr>
        <w:t>________</w:t>
      </w:r>
      <w:r w:rsidRPr="0007546E">
        <w:rPr>
          <w:rFonts w:asciiTheme="majorHAnsi" w:hAnsiTheme="majorHAnsi" w:cstheme="majorHAnsi"/>
        </w:rPr>
        <w:t xml:space="preserve">___ </w:t>
      </w:r>
      <w:proofErr w:type="spellStart"/>
      <w:r w:rsidRPr="0007546E">
        <w:rPr>
          <w:rFonts w:asciiTheme="majorHAnsi" w:hAnsiTheme="majorHAnsi" w:cstheme="majorHAnsi"/>
        </w:rPr>
        <w:t>de</w:t>
      </w:r>
      <w:proofErr w:type="spellEnd"/>
      <w:r w:rsidRPr="0007546E">
        <w:rPr>
          <w:rFonts w:asciiTheme="majorHAnsi" w:hAnsiTheme="majorHAnsi" w:cstheme="majorHAnsi"/>
        </w:rPr>
        <w:t xml:space="preserve"> 20_</w:t>
      </w:r>
      <w:r w:rsidR="00834CD2">
        <w:rPr>
          <w:rFonts w:asciiTheme="majorHAnsi" w:hAnsiTheme="majorHAnsi" w:cstheme="majorHAnsi"/>
        </w:rPr>
        <w:t>__</w:t>
      </w:r>
      <w:r w:rsidRPr="0007546E">
        <w:rPr>
          <w:rFonts w:asciiTheme="majorHAnsi" w:hAnsiTheme="majorHAnsi" w:cstheme="majorHAnsi"/>
        </w:rPr>
        <w:t>_</w:t>
      </w:r>
    </w:p>
    <w:p w14:paraId="0B68CB85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4F2AA5A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AF3634A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596824B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720F67D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F7FE0A8" w14:textId="77777777" w:rsid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0F66023" w14:textId="769CFC16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07546E">
        <w:rPr>
          <w:rFonts w:asciiTheme="majorHAnsi" w:hAnsiTheme="majorHAnsi" w:cstheme="majorHAnsi"/>
        </w:rPr>
        <w:t>Firma</w:t>
      </w:r>
      <w:proofErr w:type="spellEnd"/>
      <w:r w:rsidRPr="0007546E">
        <w:rPr>
          <w:rFonts w:asciiTheme="majorHAnsi" w:hAnsiTheme="majorHAnsi" w:cstheme="majorHAnsi"/>
        </w:rPr>
        <w:t>:</w:t>
      </w:r>
    </w:p>
    <w:p w14:paraId="06D2D079" w14:textId="77777777" w:rsidR="0007546E" w:rsidRPr="0007546E" w:rsidRDefault="0007546E" w:rsidP="0007546E">
      <w:pPr>
        <w:spacing w:after="0" w:line="240" w:lineRule="auto"/>
        <w:jc w:val="both"/>
        <w:rPr>
          <w:rFonts w:asciiTheme="majorHAnsi" w:hAnsiTheme="majorHAnsi" w:cstheme="majorHAnsi"/>
        </w:rPr>
      </w:pPr>
    </w:p>
    <w:sectPr w:rsidR="0007546E" w:rsidRPr="0007546E" w:rsidSect="00834CD2">
      <w:headerReference w:type="default" r:id="rId8"/>
      <w:footerReference w:type="default" r:id="rId9"/>
      <w:pgSz w:w="12240" w:h="15840"/>
      <w:pgMar w:top="2552" w:right="851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ABA6" w14:textId="77777777" w:rsidR="000A287C" w:rsidRDefault="000A287C" w:rsidP="0007546E">
      <w:pPr>
        <w:spacing w:after="0" w:line="240" w:lineRule="auto"/>
      </w:pPr>
      <w:r>
        <w:separator/>
      </w:r>
    </w:p>
  </w:endnote>
  <w:endnote w:type="continuationSeparator" w:id="0">
    <w:p w14:paraId="51DF61B4" w14:textId="77777777" w:rsidR="000A287C" w:rsidRDefault="000A287C" w:rsidP="0007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genda-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B869" w14:textId="77777777" w:rsidR="0007546E" w:rsidRDefault="0007546E" w:rsidP="0007546E">
    <w:pPr>
      <w:pStyle w:val="Prrafobsico"/>
      <w:jc w:val="center"/>
      <w:rPr>
        <w:rFonts w:ascii="Agenda-Light" w:hAnsi="Agenda-Light"/>
        <w:spacing w:val="6"/>
        <w:sz w:val="14"/>
        <w:szCs w:val="14"/>
      </w:rPr>
    </w:pPr>
    <w:r>
      <w:rPr>
        <w:rFonts w:ascii="Agenda-Light" w:hAnsi="Agenda-Light"/>
        <w:spacing w:val="6"/>
        <w:sz w:val="14"/>
        <w:szCs w:val="14"/>
      </w:rPr>
      <w:t xml:space="preserve">Escuela Profesional de Danza de Castilla y León (Centro de Valladolid).  C.C. Miguel Delibes Avda. Real Valladolid, 2 47015 (Va) Tfno.- 983 268255                     </w:t>
    </w:r>
    <w:hyperlink r:id="rId1" w:history="1">
      <w:r>
        <w:rPr>
          <w:rStyle w:val="Hipervnculo"/>
          <w:rFonts w:ascii="Agenda-Light" w:hAnsi="Agenda-Light"/>
          <w:spacing w:val="6"/>
          <w:sz w:val="14"/>
          <w:szCs w:val="14"/>
        </w:rPr>
        <w:t>fuescyl@jcyl.es</w:t>
      </w:r>
    </w:hyperlink>
    <w:r>
      <w:rPr>
        <w:rFonts w:ascii="Agenda-Light" w:hAnsi="Agenda-Light"/>
        <w:spacing w:val="6"/>
        <w:sz w:val="14"/>
        <w:szCs w:val="14"/>
      </w:rPr>
      <w:t xml:space="preserve">   </w:t>
    </w:r>
    <w:hyperlink r:id="rId2" w:history="1">
      <w:r>
        <w:rPr>
          <w:rStyle w:val="Hipervnculo"/>
          <w:rFonts w:ascii="Agenda-Light" w:hAnsi="Agenda-Light"/>
          <w:spacing w:val="6"/>
          <w:sz w:val="14"/>
          <w:szCs w:val="14"/>
        </w:rPr>
        <w:t>www.fuescyl.com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FDFE" w14:textId="77777777" w:rsidR="000A287C" w:rsidRDefault="000A287C" w:rsidP="0007546E">
      <w:pPr>
        <w:spacing w:after="0" w:line="240" w:lineRule="auto"/>
      </w:pPr>
      <w:r>
        <w:separator/>
      </w:r>
    </w:p>
  </w:footnote>
  <w:footnote w:type="continuationSeparator" w:id="0">
    <w:p w14:paraId="5D096035" w14:textId="77777777" w:rsidR="000A287C" w:rsidRDefault="000A287C" w:rsidP="00075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3EAF" w14:textId="365696DD" w:rsidR="0007546E" w:rsidRDefault="0007546E">
    <w:pPr>
      <w:pStyle w:val="Encabezado"/>
    </w:pPr>
    <w:r>
      <w:rPr>
        <w:noProof/>
      </w:rPr>
      <w:drawing>
        <wp:inline distT="0" distB="0" distL="0" distR="0" wp14:anchorId="32E672AE" wp14:editId="03B6DAE0">
          <wp:extent cx="5486400" cy="683260"/>
          <wp:effectExtent l="0" t="0" r="0" b="2540"/>
          <wp:docPr id="11271272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127218" name="Imagen 11271272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683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72298"/>
    <w:multiLevelType w:val="hybridMultilevel"/>
    <w:tmpl w:val="AA2CF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50D66"/>
    <w:multiLevelType w:val="hybridMultilevel"/>
    <w:tmpl w:val="4AC0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93A82"/>
    <w:multiLevelType w:val="hybridMultilevel"/>
    <w:tmpl w:val="B06A3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101F4"/>
    <w:multiLevelType w:val="hybridMultilevel"/>
    <w:tmpl w:val="33E2B0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9865">
    <w:abstractNumId w:val="8"/>
  </w:num>
  <w:num w:numId="2" w16cid:durableId="459301334">
    <w:abstractNumId w:val="6"/>
  </w:num>
  <w:num w:numId="3" w16cid:durableId="633147052">
    <w:abstractNumId w:val="5"/>
  </w:num>
  <w:num w:numId="4" w16cid:durableId="1602029303">
    <w:abstractNumId w:val="4"/>
  </w:num>
  <w:num w:numId="5" w16cid:durableId="874467099">
    <w:abstractNumId w:val="7"/>
  </w:num>
  <w:num w:numId="6" w16cid:durableId="271321578">
    <w:abstractNumId w:val="3"/>
  </w:num>
  <w:num w:numId="7" w16cid:durableId="203445314">
    <w:abstractNumId w:val="2"/>
  </w:num>
  <w:num w:numId="8" w16cid:durableId="454642037">
    <w:abstractNumId w:val="1"/>
  </w:num>
  <w:num w:numId="9" w16cid:durableId="1788239178">
    <w:abstractNumId w:val="0"/>
  </w:num>
  <w:num w:numId="10" w16cid:durableId="1714425275">
    <w:abstractNumId w:val="12"/>
  </w:num>
  <w:num w:numId="11" w16cid:durableId="1295714004">
    <w:abstractNumId w:val="10"/>
  </w:num>
  <w:num w:numId="12" w16cid:durableId="327902414">
    <w:abstractNumId w:val="9"/>
  </w:num>
  <w:num w:numId="13" w16cid:durableId="1804227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46E"/>
    <w:rsid w:val="000A287C"/>
    <w:rsid w:val="0015074B"/>
    <w:rsid w:val="001C2485"/>
    <w:rsid w:val="00292572"/>
    <w:rsid w:val="0029639D"/>
    <w:rsid w:val="00326F90"/>
    <w:rsid w:val="004411AA"/>
    <w:rsid w:val="0078533B"/>
    <w:rsid w:val="00834C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5FECBF"/>
  <w14:defaultImageDpi w14:val="300"/>
  <w15:docId w15:val="{7D62C087-1AEC-463D-82E0-5EA2531C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07546E"/>
    <w:rPr>
      <w:color w:val="0000FF"/>
      <w:u w:val="single"/>
    </w:rPr>
  </w:style>
  <w:style w:type="paragraph" w:customStyle="1" w:styleId="Prrafobsico">
    <w:name w:val="[Párrafo básico]"/>
    <w:basedOn w:val="Normal"/>
    <w:rsid w:val="0007546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escyl.com" TargetMode="External"/><Relationship Id="rId1" Type="http://schemas.openxmlformats.org/officeDocument/2006/relationships/hyperlink" Target="mailto:fuescyl@jcyl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Lagunas Villanueva</dc:creator>
  <cp:keywords/>
  <dc:description>generated by python-docx</dc:description>
  <cp:lastModifiedBy>Catalina Lagunas Villanueva</cp:lastModifiedBy>
  <cp:revision>3</cp:revision>
  <cp:lastPrinted>2026-06-16T11:40:00Z</cp:lastPrinted>
  <dcterms:created xsi:type="dcterms:W3CDTF">2026-06-16T11:39:00Z</dcterms:created>
  <dcterms:modified xsi:type="dcterms:W3CDTF">2026-06-16T11:44:00Z</dcterms:modified>
  <cp:category/>
</cp:coreProperties>
</file>